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ПОЛОЖЕНИЕ ОБ ОБУЧЕНИИ ПО ИНДИВИДУАЛЬНОМУ УЧЕБНОМУ ПЛАНУ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 основной образовательной программе начального общего образования 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регулирует разработку, утверждение, реализацию и изменение индивидуального учебного плана обучающегося, в том числе при ускоренном освоении программы начального общего образования.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Индивидуальный учебный план — учебный план, обеспечивающий освоение образовательной программы на основе индивидуализации её содержания с учётом особенностей и образовательных потребностей конкретного обучающегося.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Обучение по индивидуальному учебному плану осуществляется в пределах осваиваемой образовательной программы, требований ФГОС НОО, санитарных требований и обязательного объёма планируемых результатов.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Индивидуальный учебный план не является основанием для снижения обязательных требований к результатам начального общего образования.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Основания и цели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Индивидуальный учебный план может быть разработан: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изменения темпа и последовательности освоения содержания;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ускоренного обучения при подтверждённой готовности ребёнка;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ликвидации академической задолженности или восполнения образовательных дефицитов;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сочетания различных форм получения образования и форм обучения;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 состоянию здоровья или в связи с иными индивидуальными обстоятельствами;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учёта выраженных образовательных интересов при сохранении обязательной части программы.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Порядок перехода на индивидуальный учебный план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Родитель (законный представитель) подаёт заявление с указанием причины, желаемого срока и предполагаемых особенностей обучения.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определения готовности и необходимых условий проводится анализ образовательных результатов, педагогическое наблюдение и при необходимости диагностическая работа. Диагностика не является вступительным испытанием и проводится после возникновения образовательных отношений либо с письменного согласия родителя для планирования обучения.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Проект индивидуального учебного плана готовится ответственным педагогическим работником совместно с родителями и рассматривается Педагогическим советом.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Индивидуальный учебный план утверждается приказом индивидуального предпринимателя. К приказу прилагаются сам план, график занятий и промежуточной аттестации, срок реализации и ответственные лица.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необходимости условия договора об образовании изменяются дополнительным соглашением.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Содержание индивидуального учебного плана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Индивидуальный учебный план должен содержать: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перечень учебных предметов, курсов и модулей;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объём учебной нагрузки и формы организации занятий;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последовательность и темп освоения содержания;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формы, сроки и критерии текущего контроля и промежуточной аттестации;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формы педагогической поддержки и порядок консультаций;</w:t>
      </w:r>
    </w:p>
    <w:p>
      <w:pPr>
        <w:pStyle w:val="ListBullet"/>
        <w:spacing w:after="60" w:line="276" w:lineRule="auto"/>
        <w:ind w:left="709" w:hanging="357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срок действия плана и порядок оценки его результативности.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Учебная нагрузка и расписание должны соответствовать возрасту и санитарным требованиям. Объём обязательной части образовательной программы и достижение итоговых планируемых результатов сохраняются.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Ускоренное обучение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Ускоренное обучение означает освоение программы или её части в более короткий срок за счёт индивидуального темпа и последовательности изучения материала.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Решение об ускорении принимается с учётом письменного заявления родителей, результатов диагностики, мнения педагогов и интересов ребёнка.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Освоение содержания, соответствующего отдельному классу или этапу программы, подтверждается промежуточной аттестацией. Зачисление в следующий класс оформляется после документального подтверждения результатов и не должно оформляться как необоснованный «пропуск класса».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признаках чрезмерной нагрузки, ухудшении состояния или устойчивых образовательных затруднениях темп пересматривается.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Контроль и аттестация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Текущий контроль и промежуточная аттестация проводятся в соответствии с отдельным Положением и индивидуальным графиком.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Результаты фиксируются в журнале, протоколах аттестации и личном деле обучающегося.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Неудовлетворительный результат сам по себе не влечёт прекращения образовательных отношений. Родителям предлагаются изменение плана, педагогическая поддержка и предусмотренные законом способы ликвидации задолженности.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Изменение и прекращение обучения по индивидуальному плану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План может быть изменён по заявлению родителей, по рекомендации Педагогического совета либо при изменении образовательных потребностей ребёнка.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Возврат к общему учебному плану оформляется приказом индивидуального предпринимателя после согласования с родителями.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Окончание срока индивидуального учебного плана не прекращает образовательные отношения и не означает автоматического отчисления.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вступает в силу после утверждения приказом индивидуального предпринимателя.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Положение об обучении по индивидуальному учебному плану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обучении по индивидуальному учебному плану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