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ПОРЯДОК ОФОРМЛЕНИЯ ВОЗНИКНОВЕНИЯ, ПРИОСТАНОВЛЕНИЯ И ПРЕКРАЩЕНИЯ ОБРАЗОВАТЕЛЬНЫХ ОТНОШЕНИЙ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Порядок регулирует документальное оформление возникновения, изменения, временного приостановления исполнения отдельных условий и прекращения образовательных отношений между индивидуальным предпринимателем Королёвой Юлией Игоревной, обучающимся и его родителями (законными представителями).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Порядок применяется совместно с правилами приёма, перевода и отчисления, договором об образовании и иными локальными нормативными актами.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Под приостановлением в настоящем Порядке понимается временное изменение порядка исполнения договора и участия в занятиях без отчисления ребёнка. Оно не является академическим отпуском и не освобождает от получения обязательного общего образования.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Возникновение образовательных отношений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Основанием возникновения образовательных отношений является приказ о зачислении на обучение либо для прохождения промежуточной или итоговой аттестации в предусмотренных законом случаях.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оказании платных образовательных услуг изданию приказа предшествует заключение письменного договора об образовании с родителем (законным представителем).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 приказе указываются фамилия, имя и отчество обучающегося, дата рождения, класс, образовательная программа, форма обучения, дата начала обучения и иные необходимые сведения.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Родители знакомятся с образовательной программой, правилами внутреннего распорядка, порядком контроля и аттестации, режимом занятий, стоимостью услуг и иными обязательными документами.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Изменение образовательных отношений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Образовательные отношения изменяются при переводе в другой класс, изменении формы обучения, переходе на индивидуальный учебный план, изменении объёма или условий платных услуг и в иных законных случаях.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Изменение оформляется заявлением родителя, приказом индивидуального предпринимателя и при необходимости дополнительным соглашением к договору.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Изменение условий не может снижать обязательные требования к качеству образования или ограничивать права ребёнка по сравнению с законом.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Временное приостановление исполнения отдельных условий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Временное непосещение занятий возможно по болезни, семейным обстоятельствам, в связи с длительным выездом или по иной уважительной причине на основании уведомления или заявления родителя.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Само отсутствие на занятиях не прекращает образовательные отношения. На период отсутствия по соглашению сторон могут быть определены индивидуальные задания, консультации, изменение графика и порядок восполнения пропущенного материала.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Если стороны временно изменяют порядок оплаты или объём дополнительных услуг, это оформляется дополнительным соглашением к договору. Приостановление оплаты не предполагается автоматически.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Приостановление не применяется, если оно фактически приводит к уклонению от получения обязательного общего образования или нарушает права ребёнка.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Возобновление обычного режима осуществляется по заявлению родителя либо по окончании согласованного срока и при необходимости оформляется приказом.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Прекращение образовательных отношений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Образовательные отношения прекращаются в связи с завершением обучения либо досрочно по основаниям статьи 61 Федерального закона № 273-ФЗ.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Досрочное прекращение оформляется приказом индивидуального предпринимателя на основании заявления родителя, перевода в другую организацию либо иного законного основания.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Отчисление обучающегося начальной школы в качестве дисциплинарного взыскания не допускается.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При прекращении отношений родителю выдаются личное дело, справка об обучении или периоде обучения и иные документы, выдача которых предусмотрена законом.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Финансовые расчёты осуществляются в соответствии с договором и законодательством и не могут служить основанием для удержания документов обучающегося.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Все заявления и приказы регистрируются и хранятся в составе документов по личному составу обучающихся.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Порядок вступает в силу после утверждения приказом индивидуального предпринимателя и размещается на официальном сайте.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Порядок оформления возникновения, приостановления и прекращения образовательных отношений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оформления возникновения, приостановления и прекращения образовательных отношений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