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СВЕДЕНИЯ О ПРЕДПИСАНИЯХ ОРГАНОВ ГОСУДАРСТВЕННОГО КОНТРОЛЯ (НАДЗОРА)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для размещения на официальном сайте Bambini School</w:t>
      </w:r>
    </w:p>
    <w:p>
      <w:pPr>
        <w:spacing w:before="360" w:after="36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 состоянию на «___» __________ 2026 года предписания органов, осуществляющих государственный контроль (надзор) в сфере образования, индивидуальному предпринимателю Королёвой Юлии Игоревне в связи с осуществлением образовательной деятельности не выдавались.</w:t>
      </w:r>
    </w:p>
    <w:p>
      <w:pPr>
        <w:spacing w:after="36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получении предписания на официальном сайте размещаются электронная копия предписания и отчёт о его исполнении в установленном порядке.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Сведения о предписаниях органов государственного контроля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предписаниях органов государственного контроля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